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 w:eastAsia="PingFang SC"/>
          <w:b/>
          <w:sz w:val="32"/>
        </w:rPr>
        <w:t>结婚证英文翻译模板</w:t>
      </w:r>
    </w:p>
    <w:p>
      <w:r>
        <w:rPr>
          <w:rFonts w:ascii="Arial" w:hAnsi="Arial" w:eastAsia="PingFang SC"/>
          <w:b/>
          <w:color w:val="505050"/>
          <w:sz w:val="24"/>
        </w:rPr>
        <w:t>Chinese Marriage Certificate — English Translation Template</w:t>
      </w:r>
    </w:p>
    <w:p>
      <w:r>
        <w:rPr>
          <w:rFonts w:ascii="Arial" w:hAnsi="Arial" w:eastAsia="PingFang SC"/>
          <w:b w:val="0"/>
          <w:sz w:val="19"/>
        </w:rPr>
        <w:t>用法：把方括号 [ ] 里的内容换成你证件上印的，逐栏对照原件核一遍。本模板仅供自行翻译参考，不是认证翻译。</w:t>
      </w:r>
    </w:p>
    <w:p>
      <w:r>
        <w:rPr>
          <w:rFonts w:ascii="Arial" w:hAnsi="Arial" w:eastAsia="PingFang SC"/>
          <w:b w:val="0"/>
          <w:color w:val="505050"/>
          <w:sz w:val="19"/>
        </w:rPr>
        <w:t>How to use: replace everything in [square brackets] with what your document shows and check each field against the original. This is a self-translation aid, not a certified translation.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/>
                <w:sz w:val="19"/>
              </w:rPr>
              <w:t>中文栏目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/>
                <w:sz w:val="19"/>
              </w:rPr>
              <w:t>英文栏目名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/>
                <w:sz w:val="19"/>
              </w:rPr>
              <w:t>怎么填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封面：中华人民共和国 结婚证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People's Republic of China / Marriage Certificate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[National Emblem of the People's Republic of China]——国徽用方括号描述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持证人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Holder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[这一本的持有人姓名，拼写与其护照一致]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登记日期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Date of Registration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[日 英文月份 年，即 DD Month YYYY]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结婚证字号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Marriage Certificate No.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[逐位照抄：J + 6 位行政区划代码 − 4 位年份 − 6 位序号；补发的证以 BJ 开头]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备注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Remarks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[有字就逐字译；空白就写 (blank)]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照片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Photograph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[Joint photograph of the couple, embossed seal across its edge]——双方合影，骑缝压着钢印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姓名（双方各一栏）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Name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[姓 名，拼写和顺序与本人护照完全一致；外籍一方照证上原样]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性别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Sex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[Male / Female]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国籍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Nationality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[中国 → China；外籍一方按证上所写]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出生日期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Date of Birth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[DD Month YYYY]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身份证件号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ID Document No.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[内地居民：18 位公民身份号码，末位 X 保留；港澳台居民：号码后面的「（香港）」这类注记一起译；华侨、外籍：护照号]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登记机关（红章）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Registration Authority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[Seal: ×× District Civil Affairs Bureau, ×× City – Special Seal for Marriage Registration]——在原位描述红章，译出章上的字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婚姻登记员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Marriage Registrar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[手写签名：认得出就写拼音，认不出写 [signature, illegible]]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登记声明与法条摘录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（印刷正文）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[逐句译；法律名照原文：《民法典》→ Civil Code of the People's Republic of China，《婚姻法》→ Marriage Law of the People's Republic of China]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证尾编号（印制号）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Serial No.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[照抄]</w:t>
            </w:r>
          </w:p>
        </w:tc>
      </w:tr>
    </w:tbl>
    <w:p/>
    <w:p>
      <w:r>
        <w:rPr>
          <w:rFonts w:ascii="Arial" w:hAnsi="Arial" w:eastAsia="PingFang SC"/>
          <w:b/>
          <w:sz w:val="19"/>
        </w:rPr>
        <w:t>交英国签证与移民局（UKVI）或护照办（HMPO）时，指引要求译文能被独立核实，并写明译者姓名、签名和联系方式——需要认证翻译。ITI 认证译员 Rex Su：rex-su.com ｜ £30/页，一般 24 小时内交付。</w:t>
      </w:r>
    </w:p>
    <w:p>
      <w:r>
        <w:rPr>
          <w:rFonts w:ascii="Arial" w:hAnsi="Arial" w:eastAsia="PingFang SC"/>
          <w:b w:val="0"/>
          <w:color w:val="505050"/>
          <w:sz w:val="19"/>
        </w:rPr>
        <w:t>For UKVI or HM Passport Office the guidance asks for a translation that can be independently verified, with the translator's name, signature and contact details. Certified translation by Rex Su, ITI-certified: rex-su.com — £30 per page, usually within 24 hours.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结婚证英文翻译模板</dc:title>
  <dc:subject/>
  <dc:creator>Rex Su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