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PingFang SC"/>
          <w:b/>
          <w:sz w:val="32"/>
        </w:rPr>
        <w:t>户口本英文翻译模板</w:t>
      </w:r>
    </w:p>
    <w:p>
      <w:r>
        <w:rPr>
          <w:rFonts w:ascii="Arial" w:hAnsi="Arial" w:eastAsia="PingFang SC"/>
          <w:b/>
          <w:color w:val="505050"/>
          <w:sz w:val="24"/>
        </w:rPr>
        <w:t>Chinese Hukou (Household Register) — English Translation Template</w:t>
      </w:r>
    </w:p>
    <w:p>
      <w:r>
        <w:rPr>
          <w:rFonts w:ascii="Arial" w:hAnsi="Arial" w:eastAsia="PingFang SC"/>
          <w:b w:val="0"/>
          <w:sz w:val="19"/>
        </w:rPr>
        <w:t>用法：把方括号 [ ] 里的内容换成你证件上印的，逐栏对照原件核一遍。本模板仅供自行翻译参考，不是认证翻译。</w:t>
      </w:r>
    </w:p>
    <w:p>
      <w:r>
        <w:rPr>
          <w:rFonts w:ascii="Arial" w:hAnsi="Arial" w:eastAsia="PingFang SC"/>
          <w:b w:val="0"/>
          <w:color w:val="505050"/>
          <w:sz w:val="19"/>
        </w:rPr>
        <w:t>How to use: replace everything in [square brackets] with what your document shows and check each field against the original. This is a self-translation aid, not a certified translation.</w:t>
      </w:r>
    </w:p>
    <w:p>
      <w:r>
        <w:rPr>
          <w:rFonts w:ascii="Arial" w:hAnsi="Arial" w:eastAsia="PingFang SC"/>
          <w:b/>
          <w:sz w:val="22"/>
        </w:rPr>
        <w:t>表一：封面与首页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中文栏目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英文栏目名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怎么填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封面；《注意事项》页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Household Register；Notes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[封面标题照录，国徽写 [National emblem]]；[公安部式样里印好的几条使用须知，整段译出]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户别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Type of Household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[家庭户 → Family household；集体户 → Collective household；老本子上的"非农业家庭户"等照原样译]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户主姓名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Name of Head of Household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[户主姓名，拼写和顺序与户主护照一致]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户号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Household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[逐位照抄]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住址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Address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[门牌号、路、区、市、省——和身份证译文的写法一致]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户口专用章（两枚）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Seal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[Seal: Household Registration Seal of [省级公安厅/局]]；[Seal: Household Registration Seal of [某某派出所], [某某公安局]]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承办人签章；签发日期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Signature/Seal of Registrar；Date of Issue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[Seal: 承办人姓名拼音]；[DD Month YYYY]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住址变动登记（首页背面）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Record of Change of Address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[变动后的住址 / 变动日期 / 承办人签章，逐行译；空表写 [No entries]]</w:t>
            </w:r>
          </w:p>
        </w:tc>
      </w:tr>
    </w:tbl>
    <w:p/>
    <w:p>
      <w:r>
        <w:rPr>
          <w:rFonts w:ascii="Arial" w:hAnsi="Arial" w:eastAsia="PingFang SC"/>
          <w:b/>
          <w:sz w:val="22"/>
        </w:rPr>
        <w:t>表二：常住人口登记卡（每人一张）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中文栏目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英文栏目名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怎么填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姓名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Name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[姓 名，拼写和顺序与护照完全一致]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户主或与户主关系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Relationship to Head of Household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[Head of household / Wife / Son / Daughter……]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曾用名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Former Name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[拼音；空着写 [Blank]]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性别；民族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Sex；Ethnicity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[Male / Female]；[通行英文名，如 Han]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出生地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Place of Birth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[区或县、市、省]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籍贯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Native Place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[县或区、市、省]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Date of Birth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[DD Month YYYY，月份写英文单词]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本市（县）其他住址；宗教信仰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Other Address in This City (County)；Religion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[照填；空着写 [Blank]]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公民身份证件编号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Citizen ID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[18 位逐位照抄，末位的 X 保留]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身高；血型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Height；Blood Type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[数字 cm]；[A / B / AB / O，照印的译]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文化程度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Education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[研究生 → Postgraduate；大学本科 → Undergraduate (bachelor's level)；大学专科 → Junior college；高中 → Senior secondary school]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婚姻状况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Marital Status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[未婚 → Unmarried；已婚（有的本子印作"有配偶"）→ Married；离婚 → Divorced；丧偶 → Widowed]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兵役状况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Military Service Status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[退出现役 → Discharged from active service；士兵预备役、军官预备役 → Reserve (enlisted / officer)；其他写法照印的译；空着写 [Blank]]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服务处所；职业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Employer；Occupation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[单位或学校全称的英文]；[照填]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何时由何地迁来本市（县）；何时由何地迁来本址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When and From Where Moved to This City (County)；to This Address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[Moved from [迁出地] on [DD Month YYYY]]；"久居"译 Lifelong resident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承办人签章；登记日期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Signature/Seal of Registrar；Date of Registration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[Seal: 承办人姓名拼音]；[DD Month YYYY]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登记事项变更和更正记载（背面）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Record of Changes and Corrections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[项目 / 变更、更正后 / 变动日期 / 承办人签章，逐行译]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"注销""迁出"标记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Cancellation / Moved-out Annotation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[在原位置写 [Stamp: CANCELLED – 原因, DD Month YYYY]；迁出同理，写明迁往何地]</w:t>
            </w:r>
          </w:p>
        </w:tc>
      </w:tr>
    </w:tbl>
    <w:p/>
    <w:p>
      <w:r>
        <w:rPr>
          <w:rFonts w:ascii="Arial" w:hAnsi="Arial" w:eastAsia="PingFang SC"/>
          <w:b/>
          <w:sz w:val="19"/>
        </w:rPr>
        <w:t>交英国签证与移民局（UKVI）或护照办（HMPO）时，指引要求译文能被独立核实，并写明译者姓名、签名和联系方式——需要认证翻译。ITI 认证译员 Rex Su：rex-su.com ｜ £30/页，一般 24 小时内交付。</w:t>
      </w:r>
    </w:p>
    <w:p>
      <w:r>
        <w:rPr>
          <w:rFonts w:ascii="Arial" w:hAnsi="Arial" w:eastAsia="PingFang SC"/>
          <w:b w:val="0"/>
          <w:color w:val="505050"/>
          <w:sz w:val="19"/>
        </w:rPr>
        <w:t>For UKVI or HM Passport Office the guidance asks for a translation that can be independently verified, with the translator's name, signature and contact details. Certified translation by Rex Su, ITI-certified: rex-su.com — £30 per page, usually within 24 hours.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户口本英文翻译模板</dc:title>
  <dc:subject/>
  <dc:creator>Rex Su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