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PingFang SC"/>
          <w:b/>
          <w:sz w:val="32"/>
        </w:rPr>
        <w:t>出生证明英文翻译模板（出生医学证明）</w:t>
      </w:r>
    </w:p>
    <w:p>
      <w:r>
        <w:rPr>
          <w:rFonts w:ascii="Arial" w:hAnsi="Arial" w:eastAsia="PingFang SC"/>
          <w:b/>
          <w:color w:val="505050"/>
          <w:sz w:val="24"/>
        </w:rPr>
        <w:t>Chinese Medical Certificate of Birth — English Translation Template</w:t>
      </w:r>
    </w:p>
    <w:p>
      <w:r>
        <w:rPr>
          <w:rFonts w:ascii="Arial" w:hAnsi="Arial" w:eastAsia="PingFang SC"/>
          <w:b w:val="0"/>
          <w:sz w:val="19"/>
        </w:rPr>
        <w:t>用法：把方括号 [ ] 里的内容换成你证件上印的，逐栏对照原件核一遍。本模板仅供自行翻译参考，不是认证翻译。</w:t>
      </w:r>
    </w:p>
    <w:p>
      <w:r>
        <w:rPr>
          <w:rFonts w:ascii="Arial" w:hAnsi="Arial" w:eastAsia="PingFang SC"/>
          <w:b w:val="0"/>
          <w:color w:val="505050"/>
          <w:sz w:val="19"/>
        </w:rPr>
        <w:t>How to use: replace everything in [square brackets] with what your document shows and check each field against the original. This is a self-translation aid, not a certified translation.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中文栏目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英文栏目名（证上印的）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/>
                <w:sz w:val="19"/>
              </w:rPr>
              <w:t>怎么填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出生医学证明（正页标题，封皮同）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MEDICAL CERTIFICATE OF BIRTH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[照录；封皮上"中华人民共和国 国家卫生健康委员会监制"和它下面的英文一并照录，国徽写 [National emblem]]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新生儿姓名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Neonatal Name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[姓 名的拼音，拼写和顺序与孩子护照一致；父母一方是外籍的，证上可能直接写英文名，照抄]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性别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Gender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[男 → Male；女 → Female]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出生时间（年 月 日 时 分）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Time of Birth (Year / Month / Day / Hour / Minute)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[DD Month YYYY, HH:MM——证上用的是 24 小时制]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出生孕周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Gestational Age … Week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[×× weeks；写成 37+5 的，是 37 周加 5 天 → 37 weeks and 5 days]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出生体重；出生身长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Birth Weight … g；Birth Length … cm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[×××× g]；[××.× cm]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出生地点（省 市 县(区)）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Birth Place: Province / City / County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[××省、××市、××区或县，逐格译；直辖市写在"省"那一格，"市"那一格是"/"]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医疗机构名称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Medical Institutions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[接生医院的全称；医院有正式英文名的用它的]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母亲姓名；父亲姓名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Mother's Name；Father's Name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[拼写与各自护照一致；外籍一方照证上的写法]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年龄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Age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[孩子出生时父母的年龄，照填]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国籍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Nationality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[中国 → China；"中国(香港)" → China (Hong Kong)，澳门、台湾同理]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民族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Ethnic Group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[汉 → Han 等通行英文名；写着"/"就照写"/"]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住址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Address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[门牌号、路、区、市、省，和身份证、户口本译文里的英文地址写法一致]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有效身份证件类别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Valid Identification: Identity Card / Passport / Others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[勾选的那一项写 [ticked]；"其他"后面写的证件名称译出]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有效身份证件号码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Valid Identification 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[逐位照抄，身份证末位的 X 保留]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父亲各栏只有"/"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（同上各栏）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[逐栏照写"/"，一栏不删]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签发机构（盖专用章）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Issued Authority (Stamp)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[画一个圈，圈里写 Seal: [签发机构名称] Special Seal for Medical Certificate of Birth——章上刻什么就译什么]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签发日期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Date Issued (Year / Month / Day)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[DD Month YYYY]</w:t>
            </w:r>
          </w:p>
        </w:tc>
      </w:tr>
      <w:tr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编号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No.</w:t>
            </w:r>
          </w:p>
        </w:tc>
        <w:tc>
          <w:tcPr>
            <w:tcW w:type="dxa" w:w="3400"/>
          </w:tcPr>
          <w:p>
            <w:r/>
            <w:r>
              <w:rPr>
                <w:rFonts w:ascii="Arial" w:hAnsi="Arial" w:eastAsia="PingFang SC"/>
                <w:b w:val="0"/>
                <w:sz w:val="19"/>
              </w:rPr>
              <w:t>[1 个大写字母 + 9 位数字，逐位照抄；第七版旁边的条形码写 [Barcode]]</w:t>
            </w:r>
          </w:p>
        </w:tc>
      </w:tr>
    </w:tbl>
    <w:p/>
    <w:p>
      <w:r>
        <w:rPr>
          <w:rFonts w:ascii="Arial" w:hAnsi="Arial" w:eastAsia="PingFang SC"/>
          <w:b/>
          <w:sz w:val="19"/>
        </w:rPr>
        <w:t>交英国签证与移民局（UKVI）或护照办（HMPO）时，指引要求译文能被独立核实，并写明译者姓名、签名和联系方式——需要认证翻译。ITI 认证译员 Rex Su：rex-su.com ｜ £30/页，一般 24 小时内交付。</w:t>
      </w:r>
    </w:p>
    <w:p>
      <w:r>
        <w:rPr>
          <w:rFonts w:ascii="Arial" w:hAnsi="Arial" w:eastAsia="PingFang SC"/>
          <w:b w:val="0"/>
          <w:color w:val="505050"/>
          <w:sz w:val="19"/>
        </w:rPr>
        <w:t>For UKVI or HM Passport Office the guidance asks for a translation that can be independently verified, with the translator's name, signature and contact details. Certified translation by Rex Su, ITI-certified: rex-su.com — £30 per page, usually within 24 hours.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出生证明英文翻译模板（出生医学证明）</dc:title>
  <dc:subject/>
  <dc:creator>Rex Su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